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об участии в ГИА 9</w:t>
      </w:r>
    </w:p>
    <w:p>
      <w:pPr>
        <w:pStyle w:val="Subtitle"/>
      </w:pPr>
      <w:r>
        <w:t>Общий порядок сдачи ОГЭ</w:t>
      </w:r>
    </w:p>
    <w:p>
      <w:pPr>
        <w:spacing w:line="259" w:lineRule="auto"/>
      </w:pPr>
      <w:r>
        <w:rPr>
          <w:sz w:val="19"/>
        </w:rPr>
        <w:t>Авторский редактируемый пример для обычного варианта с четырьмя предметами. Используйте официальный бланк получателя, если он предусмотрен. Для специальных условий, двух экзаменов и ГИА в иной форме этот пример не подходит. Перед подачей удалите подсказки.</w:t>
      </w:r>
    </w:p>
    <w:p>
      <w:pPr>
        <w:spacing w:after="100"/>
      </w:pPr>
      <w:r>
        <w:t>Руководителю ________________________________________</w:t>
      </w:r>
    </w:p>
    <w:p>
      <w:pPr>
        <w:spacing w:after="100"/>
      </w:pPr>
      <w:r>
        <w:t>Наименование организации для прохождения ГИА __________</w:t>
      </w:r>
    </w:p>
    <w:p>
      <w:pPr>
        <w:spacing w:after="100"/>
      </w:pPr>
      <w:r>
        <w:t>_____________________________________________________</w:t>
      </w:r>
    </w:p>
    <w:p>
      <w:pPr>
        <w:spacing w:after="100"/>
      </w:pPr>
      <w:r>
        <w:t>От __________________________________________________</w:t>
      </w:r>
    </w:p>
    <w:p>
      <w:pPr>
        <w:spacing w:after="100"/>
      </w:pPr>
      <w:r>
        <w:t>ФИО заявителя и статус обучающийся или законный представитель</w:t>
      </w:r>
    </w:p>
    <w:p>
      <w:pPr>
        <w:spacing w:after="100"/>
      </w:pPr>
      <w:r>
        <w:t>Телефон и адрес для связи ______________________________</w:t>
      </w:r>
    </w:p>
    <w:p>
      <w:pPr>
        <w:pStyle w:val="Heading2"/>
      </w:pPr>
      <w:r>
        <w:t>Заявление</w:t>
      </w:r>
    </w:p>
    <w:p>
      <w:r>
        <w:t>Прошу зарегистрировать для участия в государственной итоговой аттестации по образовательной программе основного общего образования в форме ОГЭ в 20____ году: __________________________________________, дата рождения __________________, документ, удостоверяющий личность, ________________________________.</w:t>
      </w:r>
    </w:p>
    <w:p>
      <w:r>
        <w:t>Образование получается в форме семейного образования. Для прохождения ГИА учащийся зачислен экстерном в ________________________________________________________.</w:t>
      </w:r>
    </w:p>
    <w:p>
      <w:pPr>
        <w:spacing w:after="100"/>
      </w:pPr>
      <w:r>
        <w:t>Выбранные предметы: русский язык; математика;</w:t>
      </w:r>
    </w:p>
    <w:p>
      <w:pPr>
        <w:spacing w:after="100"/>
      </w:pPr>
      <w:r>
        <w:t>предмет по выбору 1 __________________________________</w:t>
      </w:r>
    </w:p>
    <w:p>
      <w:pPr>
        <w:spacing w:after="100"/>
      </w:pPr>
      <w:r>
        <w:t>предмет по выбору 2 __________________________________</w:t>
      </w:r>
    </w:p>
    <w:p>
      <w:pPr>
        <w:spacing w:after="100"/>
      </w:pPr>
      <w:r>
        <w:t>Допустимый период участия в ГИА _______________________</w:t>
      </w:r>
    </w:p>
    <w:p>
      <w:r>
        <w:t>Основание: пункт 12 Порядка проведения ГИА, утверждённого приказом Минпросвещения России и Рособрнадзора от 04.04.2023 № 232/551, с действующими изменениями. Заявление на итоговое собеседование и оформление зачисления экстерном подаются отдельно.</w:t>
      </w:r>
    </w:p>
    <w:p>
      <w:pPr>
        <w:spacing w:after="100"/>
      </w:pPr>
      <w:r>
        <w:t>Приложения: согласие на обработку персональных данных по форме</w:t>
      </w:r>
    </w:p>
    <w:p>
      <w:pPr>
        <w:spacing w:after="100"/>
      </w:pPr>
      <w:r>
        <w:t>получателя; иные документы ______________________________</w:t>
      </w:r>
    </w:p>
    <w:p>
      <w:pPr>
        <w:spacing w:after="100"/>
      </w:pPr>
      <w:r>
        <w:t>Дата __________________ Подпись заявителя _______________</w:t>
      </w:r>
    </w:p>
    <w:p>
      <w:pPr>
        <w:spacing w:after="100"/>
      </w:pPr>
      <w:r>
        <w:t>Расшифровка подписи ____________________________________</w:t>
      </w:r>
    </w:p>
    <w:p>
      <w:pPr>
        <w:spacing w:line="259" w:lineRule="auto"/>
      </w:pPr>
      <w:r>
        <w:rPr>
          <w:sz w:val="19"/>
        </w:rPr>
        <w:t>По общему правилу заявление на участие в ГИА-9 подают до 1 марта включительно. Уточните срок и порядок в своей ситуации, документы и участие законного представителя. Этот образец не является заявлением на зачисление или на итоговое собеседование.</w:t>
      </w:r>
    </w:p>
    <w:sectPr w:rsidR="00FC693F" w:rsidRPr="0006063C" w:rsidSect="00034616">
      <w:footerReference w:type="default" r:id="rId9"/>
      <w:pgSz w:w="12240" w:h="15840"/>
      <w:pgMar w:top="1037" w:right="1224" w:bottom="1037" w:left="122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 w:eastAsia="Arial" w:cs="Arial"/>
      <w:color w:val="000000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участии в ГИА 9</dc:title>
  <dc:subject>Редактируемый шаблон обращения</dc:subject>
  <dc:creator/>
  <cp:keywords>семейное обучение, семейное образование</cp:keywords>
  <dc:description/>
  <cp:lastModifiedBy/>
  <cp:revision>1</cp:revision>
  <dcterms:created xsi:type="dcterms:W3CDTF">2026-10-14T00:00:00Z</dcterms:created>
  <dcterms:modified xsi:type="dcterms:W3CDTF">2026-10-14T00:00:00Z</dcterms:modified>
  <cp:category/>
</cp:coreProperties>
</file>