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об отчислении</w:t>
      </w:r>
    </w:p>
    <w:p>
      <w:pPr>
        <w:pStyle w:val="Subtitle"/>
      </w:pPr>
      <w:r>
        <w:t>Вариант для родителя до завершения ребёнком основного общего образования</w:t>
      </w:r>
    </w:p>
    <w:p>
      <w:pPr>
        <w:spacing w:line="259" w:lineRule="auto"/>
      </w:pPr>
      <w:r>
        <w:rPr>
          <w:sz w:val="19"/>
        </w:rPr>
        <w:t>Редактируемый пример, не обязательная государственная форма. Заполните поля; перед подачей удалите подсказки и неиспользуемую страницу. Проверьте порядок подачи в своей школе.</w:t>
      </w:r>
    </w:p>
    <w:p>
      <w:pPr>
        <w:spacing w:after="100"/>
      </w:pPr>
      <w:r>
        <w:t>Директору __________________________________________</w:t>
      </w:r>
    </w:p>
    <w:p>
      <w:pPr>
        <w:spacing w:after="100"/>
      </w:pPr>
      <w:r>
        <w:t>Наименование школы _________________________________</w:t>
      </w:r>
    </w:p>
    <w:p>
      <w:pPr>
        <w:spacing w:after="100"/>
      </w:pPr>
      <w:r>
        <w:t>От _________________________________________________</w:t>
      </w:r>
    </w:p>
    <w:p>
      <w:pPr>
        <w:spacing w:after="100"/>
      </w:pPr>
      <w:r>
        <w:t>ФИО родителя или законного представителя</w:t>
      </w:r>
    </w:p>
    <w:p>
      <w:pPr>
        <w:spacing w:after="100"/>
      </w:pPr>
      <w:r>
        <w:t>Адрес для ответа ____________________________________</w:t>
      </w:r>
    </w:p>
    <w:p>
      <w:pPr>
        <w:spacing w:after="100"/>
      </w:pPr>
      <w:r>
        <w:t>Телефон ____________________________________________</w:t>
      </w:r>
    </w:p>
    <w:p>
      <w:pPr>
        <w:pStyle w:val="Heading2"/>
      </w:pPr>
      <w:r>
        <w:t>Заявление</w:t>
      </w:r>
    </w:p>
    <w:p>
      <w:r>
        <w:t>Прошу отчислить моего несовершеннолетнего ребёнка __________________________________________, дата рождения ________________, обучающегося ______ класса, с __________________ в связи с выбором получения общего образования вне образовательной организации в форме семейного образования.</w:t>
      </w:r>
    </w:p>
    <w:p>
      <w:r>
        <w:t>Форма получения образования выбрана с учётом мнения ребёнка. Основание: пункт 2 части 1 статьи 17, пункт 1 части 3 статьи 44, части 2 и 4 статьи 63, пункт 1 части 2 статьи 61 Федерального закона от 29.12.2012 № 273-ФЗ «Об образовании в Российской Федерации».</w:t>
      </w:r>
    </w:p>
    <w:p>
      <w:r>
        <w:t>Прошу предоставить заверенную копию или выписку из приказа об отчислении, выдать личное дело и справку об обучении. Справка об обучении выдаётся в трёхдневный срок после издания приказа об отчислении в соответствии с частью 5 статьи 61 указанного закона.</w:t>
      </w:r>
    </w:p>
    <w:p>
      <w:pPr>
        <w:spacing w:after="100"/>
      </w:pPr>
      <w:r>
        <w:t>Дата __________________   Подпись __________________</w:t>
      </w:r>
    </w:p>
    <w:p>
      <w:pPr>
        <w:spacing w:after="100"/>
      </w:pPr>
      <w:r>
        <w:t>Расшифровка подписи _________________________________</w:t>
      </w:r>
    </w:p>
    <w:p>
      <w:pPr>
        <w:spacing w:line="259" w:lineRule="auto"/>
      </w:pPr>
      <w:r>
        <w:rPr>
          <w:sz w:val="19"/>
        </w:rPr>
        <w:t>Если ребёнок уже получил основное общее образование, используйте второй вариант: право выбора формы принадлежит самому обучающемуся.</w:t>
      </w:r>
    </w:p>
    <w:p>
      <w:r>
        <w:br w:type="page"/>
      </w:r>
    </w:p>
    <w:p>
      <w:pPr>
        <w:pStyle w:val="Title"/>
      </w:pPr>
      <w:r>
        <w:t>Заявление об отчислении</w:t>
      </w:r>
    </w:p>
    <w:p>
      <w:pPr>
        <w:pStyle w:val="Subtitle"/>
      </w:pPr>
      <w:r>
        <w:t>Вариант для обучающегося после получения основного общего образования или достижения 18 лет</w:t>
      </w:r>
    </w:p>
    <w:p>
      <w:pPr>
        <w:spacing w:line="259" w:lineRule="auto"/>
      </w:pPr>
      <w:r>
        <w:rPr>
          <w:sz w:val="19"/>
        </w:rPr>
        <w:t>Редактируемый пример. Для несовершеннолетнего порядок подачи и участия законного представителя уточните в школе. Перед подачей удалите подсказки и первый вариант.</w:t>
      </w:r>
    </w:p>
    <w:p>
      <w:pPr>
        <w:spacing w:after="100"/>
      </w:pPr>
      <w:r>
        <w:t>Директору __________________________________________</w:t>
      </w:r>
    </w:p>
    <w:p>
      <w:pPr>
        <w:spacing w:after="100"/>
      </w:pPr>
      <w:r>
        <w:t>Наименование школы _________________________________</w:t>
      </w:r>
    </w:p>
    <w:p>
      <w:pPr>
        <w:spacing w:after="100"/>
      </w:pPr>
      <w:r>
        <w:t>От _________________________________________________</w:t>
      </w:r>
    </w:p>
    <w:p>
      <w:pPr>
        <w:spacing w:after="100"/>
      </w:pPr>
      <w:r>
        <w:t>ФИО обучающегося</w:t>
      </w:r>
    </w:p>
    <w:p>
      <w:pPr>
        <w:spacing w:after="100"/>
      </w:pPr>
      <w:r>
        <w:t>Дата рождения ________________  Класс ________________</w:t>
      </w:r>
    </w:p>
    <w:p>
      <w:pPr>
        <w:spacing w:after="100"/>
      </w:pPr>
      <w:r>
        <w:t>Адрес для ответа ____________________________________</w:t>
      </w:r>
    </w:p>
    <w:p>
      <w:pPr>
        <w:spacing w:after="100"/>
      </w:pPr>
      <w:r>
        <w:t>Телефон ____________________________________________</w:t>
      </w:r>
    </w:p>
    <w:p>
      <w:pPr>
        <w:pStyle w:val="Heading2"/>
      </w:pPr>
      <w:r>
        <w:t>Заявление</w:t>
      </w:r>
    </w:p>
    <w:p>
      <w:r>
        <w:t>На основании пункта 1 части 1 статьи 34 и части 2 статьи 63 Федерального закона от 29.12.2012 № 273-ФЗ «Об образовании в Российской Федерации» выбираю получение общего образования вне образовательной организации в форме семейного образования.</w:t>
      </w:r>
    </w:p>
    <w:p>
      <w:r>
        <w:t>Прошу отчислить меня с __________________ по моей инициативе в связи с указанным выбором на основании пункта 1 части 2 статьи 61 данного закона.</w:t>
      </w:r>
    </w:p>
    <w:p>
      <w:r>
        <w:t>Прошу предоставить заверенную копию или выписку из приказа об отчислении, выдать личное дело и справку об обучении в порядке части 5 статьи 61 указанного закона.</w:t>
      </w:r>
    </w:p>
    <w:p>
      <w:pPr>
        <w:spacing w:after="100"/>
      </w:pPr>
      <w:r>
        <w:t>Дата __________________   Подпись __________________</w:t>
      </w:r>
    </w:p>
    <w:p>
      <w:pPr>
        <w:spacing w:after="100"/>
      </w:pPr>
      <w:r>
        <w:t>Расшифровка подписи _________________________________</w:t>
      </w:r>
    </w:p>
    <w:p>
      <w:pPr>
        <w:spacing w:after="100"/>
      </w:pPr>
      <w:r>
        <w:t>Законный представитель несовершеннолетнего при участии в подаче:</w:t>
      </w:r>
    </w:p>
    <w:p>
      <w:pPr>
        <w:spacing w:after="100"/>
      </w:pPr>
      <w:r>
        <w:t>ФИО __________________________ Подпись _____________</w:t>
      </w:r>
    </w:p>
    <w:p>
      <w:pPr>
        <w:spacing w:line="259" w:lineRule="auto"/>
      </w:pPr>
      <w:r>
        <w:rPr>
          <w:sz w:val="19"/>
        </w:rPr>
        <w:t>В этом варианте выбрано семейное образование. Самообразование — другая форма получения среднего общего образования; если выбрано оно, формулировки необходимо изменить.</w:t>
      </w:r>
    </w:p>
    <w:sectPr w:rsidR="00FC693F" w:rsidRPr="0006063C" w:rsidSect="00034616">
      <w:footerReference w:type="default" r:id="rId9"/>
      <w:pgSz w:w="12240" w:h="15840"/>
      <w:pgMar w:top="1037" w:right="1224" w:bottom="1037" w:left="122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 w:eastAsia="Arial" w:cs="Arial"/>
      <w:color w:val="000000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Arial" w:hAnsi="Arial" w:eastAsia="Arial" w:cs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отчислении</dc:title>
  <dc:subject>Редактируемый шаблон обращения</dc:subject>
  <dc:creator/>
  <cp:keywords>семейное обучение, семейное образование</cp:keywords>
  <dc:description/>
  <cp:lastModifiedBy/>
  <cp:revision>1</cp:revision>
  <dcterms:created xsi:type="dcterms:W3CDTF">2026-10-14T00:00:00Z</dcterms:created>
  <dcterms:modified xsi:type="dcterms:W3CDTF">2026-10-14T00:00:00Z</dcterms:modified>
  <cp:category/>
</cp:coreProperties>
</file>