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Уведомление о семейном образовании</w:t>
      </w:r>
    </w:p>
    <w:p>
      <w:pPr>
        <w:pStyle w:val="Subtitle"/>
      </w:pPr>
      <w:r>
        <w:t>Вариант для родителя до завершения ребёнком основного общего образования</w:t>
      </w:r>
    </w:p>
    <w:p>
      <w:pPr>
        <w:spacing w:line="259" w:lineRule="auto"/>
      </w:pPr>
      <w:r>
        <w:rPr>
          <w:sz w:val="19"/>
        </w:rPr>
        <w:t>Редактируемый пример. Если муниципалитет утвердил свою форму уведомления, используйте её. Заполните поля; удалите подсказки и второй вариант перед подачей.</w:t>
      </w:r>
    </w:p>
    <w:p>
      <w:pPr>
        <w:spacing w:after="100"/>
      </w:pPr>
      <w:r>
        <w:t>В __________________________________________________</w:t>
      </w:r>
    </w:p>
    <w:p>
      <w:pPr>
        <w:spacing w:after="100"/>
      </w:pPr>
      <w:r>
        <w:t>Наименование уполномоченного органа муниципалитета</w:t>
      </w:r>
    </w:p>
    <w:p>
      <w:pPr>
        <w:spacing w:after="100"/>
      </w:pPr>
      <w:r>
        <w:t>От _________________________________________________</w:t>
      </w:r>
    </w:p>
    <w:p>
      <w:pPr>
        <w:spacing w:after="100"/>
      </w:pPr>
      <w:r>
        <w:t>ФИО родителя или законного представителя</w:t>
      </w:r>
    </w:p>
    <w:p>
      <w:pPr>
        <w:spacing w:after="100"/>
      </w:pPr>
      <w:r>
        <w:t>Адрес проживания ___________________________________</w:t>
      </w:r>
    </w:p>
    <w:p>
      <w:pPr>
        <w:spacing w:after="100"/>
      </w:pPr>
      <w:r>
        <w:t>Адрес для ответа ____________________________________</w:t>
      </w:r>
    </w:p>
    <w:p>
      <w:pPr>
        <w:spacing w:after="100"/>
      </w:pPr>
      <w:r>
        <w:t>Телефон ____________________________________________</w:t>
      </w:r>
    </w:p>
    <w:p>
      <w:pPr>
        <w:pStyle w:val="Heading2"/>
      </w:pPr>
      <w:r>
        <w:t>Уведомление</w:t>
      </w:r>
    </w:p>
    <w:p>
      <w:r>
        <w:t>В соответствии с частью 5 статьи 63 Федерального закона от 29.12.2012 № 273-ФЗ «Об образовании в Российской Федерации» уведомляю о выборе для моего несовершеннолетнего ребёнка __________________________________________, дата рождения ________________, формы получения общего образования вне образовательной организации — семейного образования.</w:t>
      </w:r>
    </w:p>
    <w:p>
      <w:r>
        <w:t>Выбор сделан с учётом мнения ребёнка в соответствии со статьями 17, 44 и 63 указанного закона.</w:t>
      </w:r>
    </w:p>
    <w:p>
      <w:pPr>
        <w:spacing w:after="100"/>
      </w:pPr>
      <w:r>
        <w:t>Начало получения образования в выбранной форме: __________________</w:t>
      </w:r>
    </w:p>
    <w:p>
      <w:pPr>
        <w:spacing w:after="100"/>
      </w:pPr>
      <w:r>
        <w:t>Планируемый класс и учебный год: _________________________________</w:t>
      </w:r>
    </w:p>
    <w:p>
      <w:pPr>
        <w:spacing w:after="100"/>
      </w:pPr>
      <w:r>
        <w:t>Предыдущая школа при наличии: ___________________________________</w:t>
      </w:r>
    </w:p>
    <w:p>
      <w:pPr>
        <w:spacing w:after="100"/>
      </w:pPr>
      <w:r>
        <w:t>Приказ об отчислении при наличии: от ______________ № _____________</w:t>
      </w:r>
    </w:p>
    <w:p>
      <w:r>
        <w:t>Прошу учесть выбранную форму получения образования и сообщить о регистрации уведомления по указанному адресу для ответа.</w:t>
      </w:r>
    </w:p>
    <w:p>
      <w:pPr>
        <w:spacing w:after="100"/>
      </w:pPr>
      <w:r>
        <w:t>Дата __________________   Подпись __________________</w:t>
      </w:r>
    </w:p>
    <w:p>
      <w:pPr>
        <w:spacing w:after="100"/>
      </w:pPr>
      <w:r>
        <w:t>Расшифровка подписи _________________________________</w:t>
      </w:r>
    </w:p>
    <w:p>
      <w:pPr>
        <w:spacing w:line="259" w:lineRule="auto"/>
      </w:pPr>
      <w:r>
        <w:rPr>
          <w:sz w:val="19"/>
        </w:rPr>
        <w:t>Приложения перечислите по местному порядку. Если ребёнок ещё не был зачислен в школу, сведения об отчислении удалите. Срок уведомления: 15 календарных дней после утверждения приказа об отчислении либо не менее чем за 15 календарных дней до начала учебного года при заблаговременном выборе формы — пункт 5 Порядка № 115.</w:t>
      </w:r>
    </w:p>
    <w:p>
      <w:r>
        <w:br w:type="page"/>
      </w:r>
    </w:p>
    <w:p>
      <w:pPr>
        <w:pStyle w:val="Title"/>
      </w:pPr>
      <w:r>
        <w:t>Уведомление о семейном образовании</w:t>
      </w:r>
    </w:p>
    <w:p>
      <w:pPr>
        <w:pStyle w:val="Subtitle"/>
      </w:pPr>
      <w:r>
        <w:t>Вариант для семьи несовершеннолетнего после получения основного общего образования</w:t>
      </w:r>
    </w:p>
    <w:p>
      <w:pPr>
        <w:spacing w:line="259" w:lineRule="auto"/>
      </w:pPr>
      <w:r>
        <w:rPr>
          <w:sz w:val="19"/>
        </w:rPr>
        <w:t>Форму выбирает сам обучающийся. Пример фиксирует его выбор и обращение законного представителя. Уточните местную форму и порядок подачи; удалите подсказки и первый вариант.</w:t>
      </w:r>
    </w:p>
    <w:p>
      <w:pPr>
        <w:spacing w:after="100"/>
      </w:pPr>
      <w:r>
        <w:t>В __________________________________________________</w:t>
      </w:r>
    </w:p>
    <w:p>
      <w:pPr>
        <w:spacing w:after="100"/>
      </w:pPr>
      <w:r>
        <w:t>Наименование уполномоченного органа муниципалитета</w:t>
      </w:r>
    </w:p>
    <w:p>
      <w:pPr>
        <w:spacing w:after="100"/>
      </w:pPr>
      <w:r>
        <w:t>От _________________________________________________</w:t>
      </w:r>
    </w:p>
    <w:p>
      <w:pPr>
        <w:spacing w:after="100"/>
      </w:pPr>
      <w:r>
        <w:t>ФИО законного представителя несовершеннолетнего</w:t>
      </w:r>
    </w:p>
    <w:p>
      <w:pPr>
        <w:spacing w:after="100"/>
      </w:pPr>
      <w:r>
        <w:t>Адрес проживания ___________________________________</w:t>
      </w:r>
    </w:p>
    <w:p>
      <w:pPr>
        <w:spacing w:after="100"/>
      </w:pPr>
      <w:r>
        <w:t>Адрес для ответа ____________________________________</w:t>
      </w:r>
    </w:p>
    <w:p>
      <w:pPr>
        <w:spacing w:after="100"/>
      </w:pPr>
      <w:r>
        <w:t>Телефон ____________________________________________</w:t>
      </w:r>
    </w:p>
    <w:p>
      <w:pPr>
        <w:pStyle w:val="Heading2"/>
      </w:pPr>
      <w:r>
        <w:t>Уведомление</w:t>
      </w:r>
    </w:p>
    <w:p>
      <w:r>
        <w:t>Информирую о том, что несовершеннолетний __________________________________________, дата рождения ________________, получивший основное общее образование, самостоятельно выбрал получение среднего общего образования вне образовательной организации в форме семейного образования. Право выбора предусмотрено пунктом 1 части 1 статьи 34 и частью 2 статьи 63 Федерального закона от 29.12.2012 № 273-ФЗ «Об образовании в Российской Федерации».</w:t>
      </w:r>
    </w:p>
    <w:p>
      <w:pPr>
        <w:spacing w:after="100"/>
      </w:pPr>
      <w:r>
        <w:t>Начало получения образования в выбранной форме: __________________</w:t>
      </w:r>
    </w:p>
    <w:p>
      <w:pPr>
        <w:spacing w:after="100"/>
      </w:pPr>
      <w:r>
        <w:t>Планируемый класс и учебный год: _________________________________</w:t>
      </w:r>
    </w:p>
    <w:p>
      <w:pPr>
        <w:spacing w:after="100"/>
      </w:pPr>
      <w:r>
        <w:t>Предыдущая школа при наличии: ___________________________________</w:t>
      </w:r>
    </w:p>
    <w:p>
      <w:pPr>
        <w:spacing w:after="100"/>
      </w:pPr>
      <w:r>
        <w:t>Приказ об отчислении при наличии: от ______________ № _____________</w:t>
      </w:r>
    </w:p>
    <w:p>
      <w:r>
        <w:t>Прошу учесть выбранную форму получения образования и сообщить о регистрации уведомления по указанному адресу для ответа.</w:t>
      </w:r>
    </w:p>
    <w:p>
      <w:pPr>
        <w:spacing w:after="100"/>
      </w:pPr>
      <w:r>
        <w:t>Дата ______________ Законный представитель ____________________</w:t>
      </w:r>
    </w:p>
    <w:p>
      <w:pPr>
        <w:spacing w:after="100"/>
      </w:pPr>
      <w:r>
        <w:t>Подпись __________________ Расшифровка _______________________</w:t>
      </w:r>
    </w:p>
    <w:p>
      <w:pPr>
        <w:spacing w:after="100"/>
      </w:pPr>
      <w:r>
        <w:t>Выбор семейного образования подтверждаю:</w:t>
      </w:r>
    </w:p>
    <w:p>
      <w:pPr>
        <w:spacing w:after="100"/>
      </w:pPr>
      <w:r>
        <w:t>Обучающийся _________________________ Подпись ________________</w:t>
      </w:r>
    </w:p>
    <w:p>
      <w:pPr>
        <w:spacing w:line="259" w:lineRule="auto"/>
      </w:pPr>
      <w:r>
        <w:rPr>
          <w:sz w:val="19"/>
        </w:rPr>
        <w:t>Образец относится к несовершеннолетнему. Для совершеннолетнего обращение оформляется от его имени; местный порядок учёта и необходимость такого обращения нужно уточнить отдельно. При выборе самообразования используйте соответствующую форму, не смешивая два статуса.</w:t>
      </w:r>
    </w:p>
    <w:sectPr w:rsidR="00FC693F" w:rsidRPr="0006063C" w:rsidSect="00034616">
      <w:footerReference w:type="default" r:id="rId9"/>
      <w:pgSz w:w="12240" w:h="15840"/>
      <w:pgMar w:top="1037" w:right="1224" w:bottom="1037" w:left="1224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40"/>
    </w:pPr>
    <w:rPr>
      <w:rFonts w:ascii="Arial" w:hAnsi="Arial" w:eastAsia="Arial" w:cs="Arial"/>
      <w:color w:val="000000"/>
      <w:sz w:val="22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</w:pPr>
    <w:rPr>
      <w:rFonts w:asciiTheme="majorHAnsi" w:eastAsiaTheme="majorEastAsia" w:hAnsiTheme="majorHAnsi" w:cstheme="majorBidi" w:ascii="Arial" w:hAnsi="Arial" w:eastAsia="Arial" w:cs="Arial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contextualSpacing/>
    </w:pPr>
    <w:rPr>
      <w:rFonts w:ascii="Arial" w:hAnsi="Arial" w:eastAsia="Arial" w:cs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contextualSpacing/>
    </w:pPr>
    <w:rPr>
      <w:rFonts w:ascii="Arial" w:hAnsi="Arial" w:eastAsia="Arial" w:cs="Arial"/>
      <w:color w:val="000000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семейном образовании</dc:title>
  <dc:subject>Редактируемый шаблон обращения</dc:subject>
  <dc:creator/>
  <cp:keywords>семейное обучение, семейное образование</cp:keywords>
  <dc:description/>
  <cp:lastModifiedBy/>
  <cp:revision>1</cp:revision>
  <dcterms:created xsi:type="dcterms:W3CDTF">2026-10-14T00:00:00Z</dcterms:created>
  <dcterms:modified xsi:type="dcterms:W3CDTF">2026-10-14T00:00:00Z</dcterms:modified>
  <cp:category/>
</cp:coreProperties>
</file>